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הזיה (hallucination) של מודל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ואת ההמלצה לרמת שימוש בסוגי משימות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מדויק לבניית חידון לימודי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מידע שגוי או מומצא שמוצג בביטחון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רמה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לעזור להבין מיד אם התשובה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שאלות הבנה, יישום ושאלת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הזיה היא דווקא מידע שגוי או מומצא שמוצג בביטחון.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צוין בהמלצה.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בהגנה בעל פה ובכתיבה בכיתה מומלצת רמה 1, הנמוכה.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מוצע בדף כדרך העברה.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לכלול שאלה אחת של עמדה מנומקת.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שגוי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(הגנה בעל פה וכתיבה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(עבודות חקר ותוצרים)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(פרויקטים יזמיים)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(מידע שגוי שמוצג בביטחון)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(הנחיה שכותבים כדי לקבל תשובה ממודל 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בניית פרומפט לחידון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נושא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לקבוע מספר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שאלות הבנה, יישום ושאלת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לבקש משוב קצר לכל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להקפיד שאי אפשר לענות בהעתקה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ברמה 1 כמעט אין שימוש בעזרת בינה מלאכותית, המשימה נעשית באופן עצמאי. ברמה 5 מותר להיעזר בה בהרחבה, למשל בפיתוח רעיון בפרויקט יזמי.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שמדובר במידע שגוי או מומצא המוצג בביטחון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רמה 3-4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שאלות הבנה, יישום, שאלת עמדה ומניעת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החידון במליאה ולענות יחד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שהסולם הוא המלצה כללית ולא חוק נוקשה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בדוגמה אישית להזיה שתלמיד נתקל 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שימוש נכון בבינה מלאכותית בלימודים. נבין מה זו טעות של מחשב (הזיה), ומתי מותר להשתמש בעזרה של מחשב ומתי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הזיה (hallucination)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שגוי או מומצא שמודל שפה מציג בביטחון כאילו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שמציין כמה מותר להיעזר בבינה מלאכותית במשימה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שכותבים כדי לקבל תשובה או תוצר ממודל 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להעריך למידה שלא מבוססת רק על תוצר 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בעל פה על עבודה שהתלמיד הכין, כדי להוכיח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חקר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שבה התלמיד חוקר נושא ומציג ממצאים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פרויקט יזמי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שבה התלמיד יוזם רעיון ומפתח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מיידי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שמתקבלת מיד אחרי מענה לשאלה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"הזיה" במחשב 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שגיאת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שגוי או מומצא שמוצג בביטחון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ניתוק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רמה מתאימה לעבודת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רמה מתאימה לפרויקט יזמי?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רמה מתאימה כשכותבים בכיתה בלי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לקבל תשובה מיד אחרי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לבלבל את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להבין מיד אם התשובה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להאריך את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לבקש כשכותבים הנחיה לבניית 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שאלות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הבנה, יישום ושאלת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שקל להעתיק מהרשת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אחת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הזיה של מודל שפה היא מידע אמין שתמיד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ההמלצה, רמה 5 בסולם AIAS מתאימה לפרויקטים יזמיים.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בהגנה בעל פה מומלץ להשתמש ברמה הגבוהה ביותר של AIAS.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להקרין את החידון בכיתה ולענות עליו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טוב לבניית חידון לא צריך לכלול שאלת עמדה מנומקת.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הזיה היא מידע __________ שמוצג בביטחון כאילו הוא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בעבודות חקר ותוצרים מומלצת רמה __________ בסולם AIAS.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בפרויקטים יזמיים מומלצת רמה __________ בסולם AIAS.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בהגנה בעל פה ובכתיבה בכיתה מומלצת רמה __________ בסולם AIAS.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הנחיה שכותבים כדי לקבל תשובה ממודל 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3-4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פרויקטים יזמיים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 בעל פה וכתיבה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עבודות חקר ותוצרים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שגוי שמוצג בביטחון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בניית פרומפט לחידון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מספר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נושא וכיתה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משוב קצר לכל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להקפיד שאי אפשר לענות בהעתקה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שאלות הבנה, יישום ושאלת 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רמה 1 לרמה 5 בסולם AIAS.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הזיה של מודל 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רמת AIAS מומלץ להשתמש בעבודת 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בפרומפט לבניית חידון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